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10080"/>
      </w:tblGrid>
      <w:tr>
        <w:tc>
          <w:tcPr>
            <w:tcW w:type="dxa" w:w="10080"/>
            <w:shd w:fill="000000"/>
          </w:tcPr>
          <w:p>
            <w:pPr>
              <w:spacing w:after="40"/>
            </w:pPr>
            <w:r>
              <w:rPr>
                <w:b/>
                <w:color w:val="FFFFFF"/>
                <w:sz w:val="42"/>
              </w:rPr>
              <w:t>ADMINISTRATIEF MEDEWERKER</w:t>
            </w:r>
          </w:p>
          <w:p>
            <w:r>
              <w:rPr>
                <w:b/>
                <w:color w:val="F39200"/>
                <w:sz w:val="46"/>
              </w:rPr>
              <w:t>FACTURATIE</w:t>
            </w:r>
          </w:p>
        </w:tc>
      </w:tr>
    </w:tbl>
    <w:p>
      <w:pPr>
        <w:spacing w:before="140"/>
      </w:pPr>
      <w:r>
        <w:rPr>
          <w:b/>
          <w:color w:val="F39200"/>
        </w:rPr>
        <w:t>Soncotra</w:t>
      </w:r>
      <w:r>
        <w:t xml:space="preserve"> is een familiale transportonderneming gespecialiseerd in internationaal transport van en naar West- en Oost-Europa, de Balkan, het Midden-Oosten en Noord-Afrika. Dagelijks vertrouwen klanten op onze expertise, service en betrouwbaarheid.</w:t>
      </w:r>
    </w:p>
    <w:p>
      <w:r>
        <w:t>Achter elke succesvolle transportopdracht staat een correcte en efficiënte administratieve verwerking. Door onze groei zijn we op zoek naar een nauwkeurige en gedreven Administratief Medewerker Facturatie die mee zorgt voor een vlekkeloze facturatiestroom.</w:t>
      </w:r>
    </w:p>
    <w:p>
      <w:pPr>
        <w:pStyle w:val="H"/>
        <w:keepNext/>
      </w:pPr>
      <w:r>
        <w:t>Jouw verantwoordelijkheden</w:t>
      </w:r>
    </w:p>
    <w:p>
      <w:pPr>
        <w:pStyle w:val="BL"/>
      </w:pPr>
      <w:r>
        <w:rPr>
          <w:b/>
          <w:color w:val="F39200"/>
        </w:rPr>
        <w:t xml:space="preserve">▸  </w:t>
      </w:r>
      <w:r>
        <w:t>Je interpreteert en analyseert klantboekingen en controleert of alle gegevens volledig en correct zijn.</w:t>
      </w:r>
    </w:p>
    <w:p>
      <w:pPr>
        <w:pStyle w:val="BL"/>
      </w:pPr>
      <w:r>
        <w:rPr>
          <w:b/>
          <w:color w:val="F39200"/>
        </w:rPr>
        <w:t xml:space="preserve">▸  </w:t>
      </w:r>
      <w:r>
        <w:t>Je verwerkt dagelijks gegevens uit ons TMS en zorgt voor een vlotte administratieve afhandeling.</w:t>
      </w:r>
    </w:p>
    <w:p>
      <w:pPr>
        <w:pStyle w:val="BL"/>
      </w:pPr>
      <w:r>
        <w:rPr>
          <w:b/>
          <w:color w:val="F39200"/>
        </w:rPr>
        <w:t xml:space="preserve">▸  </w:t>
      </w:r>
      <w:r>
        <w:t>Je bewaakt de facturatiestroom en detecteert afwijkingen of onvolledigheden.</w:t>
      </w:r>
    </w:p>
    <w:p>
      <w:pPr>
        <w:pStyle w:val="BL"/>
      </w:pPr>
      <w:r>
        <w:rPr>
          <w:b/>
          <w:color w:val="F39200"/>
        </w:rPr>
        <w:t xml:space="preserve">▸  </w:t>
      </w:r>
      <w:r>
        <w:t>Je verwerkt aankoopfacturen via leveranciersportalen en Peppol.</w:t>
      </w:r>
    </w:p>
    <w:p>
      <w:pPr>
        <w:pStyle w:val="BL"/>
      </w:pPr>
      <w:r>
        <w:rPr>
          <w:b/>
          <w:color w:val="F39200"/>
        </w:rPr>
        <w:t xml:space="preserve">▸  </w:t>
      </w:r>
      <w:r>
        <w:t>Je werkt nauw samen met sales, planning, customer service en finance.</w:t>
      </w:r>
    </w:p>
    <w:p>
      <w:pPr>
        <w:pStyle w:val="BL"/>
      </w:pPr>
      <w:r>
        <w:rPr>
          <w:b/>
          <w:color w:val="F39200"/>
        </w:rPr>
        <w:t xml:space="preserve">▸  </w:t>
      </w:r>
      <w:r>
        <w:t>Je denkt actief mee over verbeteringen van administratieve en financiële processen.</w:t>
      </w:r>
    </w:p>
    <w:p>
      <w:pPr>
        <w:pStyle w:val="H"/>
        <w:keepNext/>
      </w:pPr>
      <w:r>
        <w:t>Jouw profiel</w:t>
      </w:r>
    </w:p>
    <w:p>
      <w:pPr>
        <w:pStyle w:val="BL"/>
      </w:pPr>
      <w:r>
        <w:rPr>
          <w:b/>
          <w:color w:val="F39200"/>
        </w:rPr>
        <w:t xml:space="preserve">▸  </w:t>
      </w:r>
      <w:r>
        <w:t>Je hebt bij voorkeur een bachelordiploma in een financiële, economische of administratieve richting, of bent gelijkwaardig door relevante ervaring.</w:t>
      </w:r>
    </w:p>
    <w:p>
      <w:pPr>
        <w:pStyle w:val="BL"/>
      </w:pPr>
      <w:r>
        <w:rPr>
          <w:b/>
          <w:color w:val="F39200"/>
        </w:rPr>
        <w:t xml:space="preserve">▸  </w:t>
      </w:r>
      <w:r>
        <w:t>Je bent analytisch en wil begrijpen waarom processen op een bepaalde manier verlopen.</w:t>
      </w:r>
    </w:p>
    <w:p>
      <w:pPr>
        <w:pStyle w:val="BL"/>
      </w:pPr>
      <w:r>
        <w:rPr>
          <w:b/>
          <w:color w:val="F39200"/>
        </w:rPr>
        <w:t xml:space="preserve">▸  </w:t>
      </w:r>
      <w:r>
        <w:t>Je werkt nauwkeurig en hebt een sterk oog voor detail.</w:t>
      </w:r>
    </w:p>
    <w:p>
      <w:pPr>
        <w:pStyle w:val="BL"/>
      </w:pPr>
      <w:r>
        <w:rPr>
          <w:b/>
          <w:color w:val="F39200"/>
        </w:rPr>
        <w:t xml:space="preserve">▸  </w:t>
      </w:r>
      <w:r>
        <w:t>Je stelt de juiste prioriteiten en behoudt het overzicht.</w:t>
      </w:r>
    </w:p>
    <w:p>
      <w:pPr>
        <w:pStyle w:val="BL"/>
      </w:pPr>
      <w:r>
        <w:rPr>
          <w:b/>
          <w:color w:val="F39200"/>
        </w:rPr>
        <w:t xml:space="preserve">▸  </w:t>
      </w:r>
      <w:r>
        <w:t>Je communiceert vlot en werkt graag samen met verschillende afdelingen.</w:t>
      </w:r>
    </w:p>
    <w:p>
      <w:pPr>
        <w:pStyle w:val="H"/>
        <w:keepNext/>
      </w:pPr>
      <w:r>
        <w:t>Wat mag je van ons verwachten?</w:t>
      </w:r>
    </w:p>
    <w:p>
      <w:pPr>
        <w:pStyle w:val="BL"/>
      </w:pPr>
      <w:r>
        <w:rPr>
          <w:b/>
          <w:color w:val="F39200"/>
        </w:rPr>
        <w:t xml:space="preserve">▸  </w:t>
      </w:r>
      <w:r>
        <w:t>Een uitdagende en veelzijdige functie binnen een stabiele en dynamische familiale onderneming.</w:t>
      </w:r>
    </w:p>
    <w:p>
      <w:pPr>
        <w:pStyle w:val="BL"/>
      </w:pPr>
      <w:r>
        <w:rPr>
          <w:b/>
          <w:color w:val="F39200"/>
        </w:rPr>
        <w:t xml:space="preserve">▸  </w:t>
      </w:r>
      <w:r>
        <w:t>Een sleutelrol binnen de financiële en administratieve werking van Soncotra.</w:t>
      </w:r>
    </w:p>
    <w:p>
      <w:pPr>
        <w:pStyle w:val="BL"/>
      </w:pPr>
      <w:r>
        <w:rPr>
          <w:b/>
          <w:color w:val="F39200"/>
        </w:rPr>
        <w:t xml:space="preserve">▸  </w:t>
      </w:r>
      <w:r>
        <w:t>Een marktconform loonpakket, aangevuld met extralegale voordelen.</w:t>
      </w:r>
    </w:p>
    <w:p>
      <w:pPr>
        <w:pStyle w:val="BL"/>
      </w:pPr>
      <w:r>
        <w:rPr>
          <w:b/>
          <w:color w:val="F39200"/>
        </w:rPr>
        <w:t xml:space="preserve">▸  </w:t>
      </w:r>
      <w:r>
        <w:t>Een grondige interne opleiding om onze systemen, klanten en transportprocessen te leren kennen.</w:t>
      </w:r>
    </w:p>
    <w:p>
      <w:pPr>
        <w:pStyle w:val="BL"/>
      </w:pPr>
      <w:r>
        <w:rPr>
          <w:b/>
          <w:color w:val="F39200"/>
        </w:rPr>
        <w:t xml:space="preserve">▸  </w:t>
      </w:r>
      <w:r>
        <w:t>Een aangename werkomgeving met betrokken collega’s en korte communicatielijnen.</w:t>
      </w:r>
    </w:p>
    <w:p>
      <w:pPr>
        <w:pStyle w:val="BL"/>
      </w:pPr>
      <w:r>
        <w:rPr>
          <w:b/>
          <w:color w:val="F39200"/>
        </w:rPr>
        <w:t xml:space="preserve">▸  </w:t>
      </w:r>
      <w:r>
        <w:t>Tal van personeelsactiviteiten die bijdragen aan een sterke band met je collega’s.</w:t>
      </w:r>
    </w:p>
    <w:p>
      <w:pPr>
        <w:pStyle w:val="BL"/>
      </w:pPr>
      <w:r>
        <w:rPr>
          <w:b/>
          <w:color w:val="F39200"/>
        </w:rPr>
        <w:t xml:space="preserve">▸  </w:t>
      </w:r>
      <w:r>
        <w:t>De kans om mee te denken over de verdere verbetering van onze processen.</w:t>
      </w:r>
    </w:p>
    <w:p>
      <w:pPr>
        <w:pStyle w:val="H"/>
        <w:keepNext/>
      </w:pPr>
      <w:r>
        <w:t>Interesse?</w:t>
      </w:r>
    </w:p>
    <w:p>
      <w:r>
        <w:t>Krijg jij energie van nauwkeurig werken, het analyseren van gegevens en het bewaken van administratieve processen? Wil je een belangrijke rol spelen binnen een internationale transportomgeving waar jouw werk elke dag een zichtbaar verschil maakt?</w:t>
      </w:r>
    </w:p>
    <w:p>
      <w:r>
        <w:rPr>
          <w:b/>
          <w:color w:val="F39200"/>
        </w:rPr>
        <w:t xml:space="preserve">Dan maken we graag kennis met jou! </w:t>
      </w:r>
      <w:r>
        <w:rPr>
          <w:color w:val="000000"/>
        </w:rPr>
        <w:t xml:space="preserve">Solliciteren kan via </w:t>
      </w:r>
      <w:r>
        <w:rPr>
          <w:b/>
          <w:color w:val="F39200"/>
        </w:rPr>
        <w:t>hrm@soncotra.be</w:t>
      </w:r>
      <w:r>
        <w:rPr>
          <w:color w:val="000000"/>
        </w:rPr>
        <w:t>.</w:t>
      </w:r>
    </w:p>
    <w:sectPr w:rsidR="00FC693F" w:rsidRPr="0006063C" w:rsidSect="00034616">
      <w:headerReference w:type="default" r:id="rId9"/>
      <w:footerReference w:type="default" r:id="rId10"/>
      <w:pgSz w:w="12240" w:h="15840"/>
      <w:pgMar w:top="792" w:right="1080" w:bottom="720" w:left="1080" w:header="36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4"/>
      </w:rPr>
      <w:t>Frankrijklaan 29-30 (Sappenleen D1), 8970 Poperinge  |  +32 57 33 76 66  |  sales@soncotra.be  |  www.soncotra.com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4"/>
      </w:rPr>
      <w:t>SONCOTRA</w:t>
    </w:r>
    <w:r>
      <w:rPr>
        <w:color w:val="666666"/>
        <w:sz w:val="14"/>
      </w:rPr>
      <w:t xml:space="preserve">  TRANSPORT AND EXPEDITION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4"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
    <w:name w:val="H"/>
    <w:pPr>
      <w:spacing w:before="160" w:after="60"/>
    </w:pPr>
    <w:rPr>
      <w:rFonts w:ascii="Aptos Display" w:hAnsi="Aptos Display"/>
      <w:b/>
      <w:sz w:val="27"/>
    </w:rPr>
  </w:style>
  <w:style w:type="paragraph" w:customStyle="1" w:styleId="BL">
    <w:name w:val="BL"/>
    <w:pPr>
      <w:spacing w:after="48" w:line="245" w:lineRule="auto"/>
      <w:ind w:left="259" w:hanging="216"/>
    </w:pPr>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Jonas Van Liedekerke</dc:creator>
  <keywords/>
  <dc:description>generated by python-docx</dc:description>
  <lastModifiedBy>Jonas Van Liedekerke</lastModifiedBy>
  <revision>1</revision>
  <dcterms:created xsi:type="dcterms:W3CDTF">2026-09-24T08:09:04.2268554Z</dcterms:created>
  <dcterms:modified xsi:type="dcterms:W3CDTF">2026-09-24T08:09:04.2268554Z</dcterms:modified>
  <category/>
</coreProperties>
</file>